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עם מטרייה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הסיפור היא אומרת זאת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רואים את הברק ורק אחר כך שומעים את 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מחשיך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מספרת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(מים שנאספים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(ציפורים שמגיעות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(כלי שמגן מהגשם)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נעשים אפורים ויש עננים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גשם, יש ברק ורעם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לובשת מעיל וכובע ויוצאת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ואיתן קופצים לשלולית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בערב כולם חוזרים הביתה וסבתא מבשלת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פעילות חורפית וסיבה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גשם, שלולית, מרק חם וחיבוק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מרצון בשאלות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נחזור לסיפור על תמר, סבתא שלה והגשם הראשון של החורף, ונענה על שאלות על מה שקרה בסיפור.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גרה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שומעים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לובשת תמר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מה בא 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מטרייה צהובה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באים העגורים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לאיטליה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אוהבת את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הברק נשמע לפני שרואים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הרבה אור עד מאוחר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טוב לעצים ולפרחים.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ואיתן קופצים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היום סבתא מבשלת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איתן בא עם מטרייה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בחורף יש __________ על הר החרמון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ציפורים שמגיעות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שנאספים אחרי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ואיתן קופצים לשלולית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נעשים אפורים ויש עננים גדולים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כולם חוזרים הביתה וסבתא מבשלת מרק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לובשת מעיל וכובע ויוצאת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גשם, יש ברק ורעם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שורות: מה אתם אוהבים לעשות בחורף?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גרה 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שרואים 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תמר אוהבת את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